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Закон Ома для участка цепи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Физика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8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Закон Ома для участка цепи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Пёрышкин И.М., Иванов А.И. (Просвещение, 7–9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представление о законе Ома для участка цепи, научить применять формулу для расчёта силы тока, напряжения и сопротивления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формулировкой закона Ома</w:t>
      </w:r>
    </w:p>
    <w:p>
      <w:pPr>
        <w:pStyle w:val="ListBullet"/>
        <w:spacing w:after="120"/>
      </w:pPr>
      <w:r>
        <w:t>Научить рассчитывать силу тока, напряжение и сопротивление по формуле закона Ома</w:t>
      </w:r>
    </w:p>
    <w:p>
      <w:pPr>
        <w:pStyle w:val="ListBullet"/>
        <w:spacing w:after="120"/>
      </w:pPr>
      <w:r>
        <w:t>Сформировать умение анализировать зависимость между силой тока, напряжением и сопротивлением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умение устанавливать причинно-следственные связи</w:t>
      </w:r>
    </w:p>
    <w:p>
      <w:pPr>
        <w:pStyle w:val="ListBullet"/>
        <w:spacing w:after="120"/>
      </w:pPr>
      <w:r>
        <w:t>Развивать навыки анализа и обобщения данных эксперимента</w:t>
      </w:r>
    </w:p>
    <w:p>
      <w:pPr>
        <w:pStyle w:val="ListBullet"/>
        <w:spacing w:after="120"/>
      </w:pPr>
      <w:r>
        <w:t>Совершенствовать умение формулировать выводы на основе полученных данных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интерес к изучению физических явлений</w:t>
      </w:r>
    </w:p>
    <w:p>
      <w:pPr>
        <w:pStyle w:val="ListBullet"/>
        <w:spacing w:after="120"/>
      </w:pPr>
      <w:r>
        <w:t>Формировать понимание значимости научных знаний для практической деятельности</w:t>
      </w:r>
    </w:p>
    <w:p>
      <w:pPr>
        <w:pStyle w:val="ListBullet"/>
        <w:spacing w:after="120"/>
      </w:pPr>
      <w:r>
        <w:t>Воспитывать ответственное отношение к выполнению лабораторных и практических заданий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изучению законов физики</w:t>
      </w:r>
    </w:p>
    <w:p>
      <w:pPr>
        <w:pStyle w:val="ListBullet"/>
        <w:spacing w:after="120"/>
      </w:pPr>
      <w:r>
        <w:t>Осознаёт значимость физических законов для понимания природных явлений</w:t>
      </w:r>
    </w:p>
    <w:p>
      <w:pPr>
        <w:pStyle w:val="ListBullet"/>
        <w:spacing w:after="120"/>
      </w:pPr>
      <w:r>
        <w:t>Проявляет ответственность при выполнении практических заданий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Познавательные: устанавливает причинно-следственные связи между силой тока, напряжением и сопротивлением</w:t>
      </w:r>
    </w:p>
    <w:p>
      <w:pPr>
        <w:pStyle w:val="ListBullet"/>
        <w:spacing w:after="120"/>
      </w:pPr>
      <w:r>
        <w:t>Регулятивные: планирует шаги для решения задачи по закону Ома</w:t>
      </w:r>
    </w:p>
    <w:p>
      <w:pPr>
        <w:pStyle w:val="ListBullet"/>
        <w:spacing w:after="120"/>
      </w:pPr>
      <w:r>
        <w:t>Коммуникативные: излагает ход решения задачи и обосновывает выбор формулы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Регулятивные: сверяет полученный результат с эталоном</w:t>
      </w:r>
    </w:p>
    <w:p>
      <w:pPr>
        <w:pStyle w:val="ListBullet"/>
        <w:spacing w:after="120"/>
      </w:pPr>
      <w:r>
        <w:t>Эмоциональный интеллект: принимает возможность ошибки и стремится её исправить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Коммуникативные: аргументирует выбор способа решения задачи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Знать формулировку закона Ома для участка цепи</w:t>
      </w:r>
    </w:p>
    <w:p>
      <w:pPr>
        <w:pStyle w:val="ListBullet"/>
        <w:spacing w:after="120"/>
      </w:pPr>
      <w:r>
        <w:t>Уметь записывать формулу закона Ома</w:t>
      </w:r>
    </w:p>
    <w:p>
      <w:pPr>
        <w:pStyle w:val="ListBullet"/>
        <w:spacing w:after="120"/>
      </w:pPr>
      <w:r>
        <w:t>Уметь рассчитывать силу тока, напряжение и сопротивление по формуле закона Ома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математика: использование пропорций и формул для расчётов</w:t>
      </w:r>
    </w:p>
    <w:p>
      <w:pPr>
        <w:pStyle w:val="ListBullet"/>
        <w:spacing w:after="120"/>
      </w:pPr>
      <w:r>
        <w:t>информатика: представление данных в виде графиков зависимости силы тока от напряжения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проблемного диалога</w:t>
      </w:r>
    </w:p>
    <w:p>
      <w:pPr>
        <w:pStyle w:val="ListBullet"/>
        <w:spacing w:after="120"/>
      </w:pPr>
      <w:r>
        <w:t>эксперимент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взаимопроверка в паре</w:t>
      </w:r>
    </w:p>
    <w:p>
      <w:pPr>
        <w:pStyle w:val="ListBullet"/>
        <w:spacing w:after="120"/>
      </w:pPr>
      <w:r>
        <w:t>самопроверка по эталону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Пёрышкина И.М., Иванова А.И.</w:t>
      </w:r>
    </w:p>
    <w:p>
      <w:pPr>
        <w:pStyle w:val="ListBullet"/>
        <w:spacing w:after="120"/>
      </w:pPr>
      <w:r>
        <w:t>источник тока</w:t>
      </w:r>
    </w:p>
    <w:p>
      <w:pPr>
        <w:pStyle w:val="ListBullet"/>
        <w:spacing w:after="120"/>
      </w:pPr>
      <w:r>
        <w:t>амперметр</w:t>
      </w:r>
    </w:p>
    <w:p>
      <w:pPr>
        <w:pStyle w:val="ListBullet"/>
        <w:spacing w:after="120"/>
      </w:pPr>
      <w:r>
        <w:t>вольтметр</w:t>
      </w:r>
    </w:p>
    <w:p>
      <w:pPr>
        <w:pStyle w:val="ListBullet"/>
        <w:spacing w:after="120"/>
      </w:pPr>
      <w:r>
        <w:t>резистор</w:t>
      </w:r>
    </w:p>
    <w:p>
      <w:pPr>
        <w:pStyle w:val="ListBullet"/>
        <w:spacing w:after="120"/>
      </w:pPr>
      <w:r>
        <w:t>соединительные провода</w:t>
      </w:r>
    </w:p>
    <w:p>
      <w:pPr>
        <w:pStyle w:val="ListBullet"/>
        <w:spacing w:after="120"/>
      </w:pPr>
      <w:r>
        <w:t>эталоны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сила тока, напряжение, сопротивление, закон Ома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«Сегодня мы узнаем, как связаны между собой сила тока, напряжение и сопротивление на участке цепи. Вспомните, какие приборы используют для измерения этих величин». Показывает амперметр и вольтметр, задаёт вопрос: «Как вы думаете, зависит ли сила тока от напряжения?»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Рассматривают приборы, отвечают на вопрос учителя, высказывают предположения о зависимости силы тока от напряжения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свои предположения; Регулятивные: ставят для себя цель узнать связь между величинами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Высказывают предположения о зависимости силы тока от напряжения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«Вспомните, как называется величина, характеризующая противодействие проводника электрическому току. Соберите цепь с источником тока, резистором, амперметром и вольтметром. Измерьте силу тока и напряжение на резисторе»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Вспоминают определение сопротивления, собирают электрическую цепь, проводят измерения силы тока и напряжения на резисторе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воспроизводят определение сопротивления; Регулятивные: планируют шаги для сборки цепи и проведения измерений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Измеряют силу тока и напряжение на резисторе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«Что вы можете сказать о соотношении измеренных значений силы тока и напряжения? Почему не удаётся сразу определить закономерность?»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Анализируют полученные данные, пытаются выявить закономерность между силой тока и напряжением, осознают затруднение в установлении точной зависимости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выявляют затруднение в установлении закономерности; Регулятивные: фиксируют место затруднения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Осознают затруднение в установлении точной зависимости между силой тока и напряжением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«Давайте построим график зависимости силы тока от напряжения по вашим данным. Что вы видите на графике? Сформулируйте цель нашего урока — что мы должны узнать?»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Строят график зависимости силы тока от напряжения, видят прямую пропорциональность, формулируют цель урока — установить зависимость между силой тока, напряжением и сопротивлением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строят график и анализируют его; Регулятивные: ставят цель урока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Сформулировали цель урока — установить зависимость между силой тока, напряжением и сопротивлением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графика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«Откройте учебник и найдите формулировку закона Ома. Запишите формулу закона Ома в тетрадь. Используя формулу, рассчитайте сопротивление резистора по вашим данным»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Читают формулировку закона Ома в учебнике, записывают формулу в тетрадь, рассчитывают сопротивление резистора по измеренным значениям силы тока и напряжения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находят и используют информацию из учебника; Регулятивные: планируют шаги для расчёта сопротивления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Записали формулу закона Ома и рассчитали сопротивление резистора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«В парах решите задачу: при напряжении 12 В сила тока в цепи равна 2 А. Чему равно сопротивление участка цепи? Проговаривайте вслух ход решения»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решают задачу, проговаривают вслух ход решения: «По закону Ома сопротивление равно напряжению, делённому на силу тока: R = U / I = 12 В / 2 А = 6 Ом»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ход решения задачи; Познавательные: применяют формулу закона Ома для решения задачи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Решили задачу на расчёт сопротивления по закону Ома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Раздаёт карточки с заданиями: «Базовый уровень: рассчитайте силу тока при напряжении 6 В и сопротивлении 3 Ом. Повышенный уровень: определите напряжение на участке цепи с сопротивлением 5 Ом, если сила тока равна 1,2 А. Высокий уровень: рассчитайте сопротивление участка цепи, если при напряжении 15 В сила тока равна 0,5 А. Проверьте себя по эталону на доске»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Выполняют задания на карточках разного уровня сложности, проверяют ответы по эталону на доске, исправляют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самостоятельно решают задачи и сверяют результат с эталоном; Познавательные: применяют формулу закона Ома в разных ситуациях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Решили задачи на расчёт одной из величин по закону Ома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«Приведите пример из жизни, где применяется закон Ома — например, в работе электроприборов. Объясните, как изменение напряжения или сопротивления повлияет на силу тока в цепи»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Приводят примеры применения закона Ома в быту, объясняют влияние изменения напряжения и сопротивления на силу тока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устанавливают связь между законом Ома и реальными явлениями; Коммуникативные: излагают свои мысли и приводят аргументы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Привели пример применения закона Ома и объяснили влияние изменения величин на силу тока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нового вы узнали на уроке? Какие трудности возникли при решении задач? Что помогло их преодолеть?»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оценивают свои успехи и трудности, называют способы преодоления затруднений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своё продвижение в изучении темы; Коммуникативные: излагают свои мысли о результатах работы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Оценили свои успехи и трудности в изучении закона Ома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Выучить формулировку закона Ома и формулу; решить задачу: при напряжении 24 В и сопротивлении 8 Ом найти силу тока в цепи</w:t>
      </w:r>
    </w:p>
    <w:p>
      <w:pPr>
        <w:spacing w:after="120"/>
      </w:pPr>
      <w:r>
        <w:t>Повышенный уровень: Составить таблицу зависимости силы тока от напряжения для резистора с сопротивлением 10 Ом при напряжении от 5 В до 50 В с шагом 5 В</w:t>
      </w:r>
    </w:p>
    <w:p>
      <w:pPr>
        <w:spacing w:after="120"/>
      </w:pPr>
      <w:r>
        <w:t>Творческое задание: Подготовить короткое сообщение (5–7 предложений) о том, как закон Ома используется в бытовых электроприборах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решение задач по образцу с опорой на формулу закона Ома; повышенный уровень: задачи с промежуточными расчётами и анализом данных; высокий уровень: задачи с анализом влияния изменения одной из величин на другие; поддержка обучающихся, испытывающих затруднения: дополнительные опорные схемы, пошаговые инструкции, дозированная помощь учителя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Знание формулировки закона Ома и формулы</w:t>
      </w:r>
    </w:p>
    <w:p>
      <w:pPr>
        <w:pStyle w:val="ListBullet"/>
        <w:spacing w:after="120"/>
      </w:pPr>
      <w:r>
        <w:t>Умение применять формулу для расчёта одной из величин</w:t>
      </w:r>
    </w:p>
    <w:p>
      <w:pPr>
        <w:pStyle w:val="ListBullet"/>
        <w:spacing w:after="120"/>
      </w:pPr>
      <w:r>
        <w:t>Способность анализировать зависимость между величинами</w:t>
      </w:r>
    </w:p>
    <w:p>
      <w:pPr>
        <w:pStyle w:val="ListBullet"/>
        <w:spacing w:after="120"/>
      </w:pPr>
      <w:r>
        <w:t>Умение объяснять решение задачи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Пёрышкин И.М., Иванов А.И. (Просвещение, 7–9 класс)</w:t>
      </w:r>
    </w:p>
    <w:p>
      <w:pPr>
        <w:pStyle w:val="ListBullet"/>
        <w:spacing w:after="120"/>
      </w:pPr>
      <w:r>
        <w:t>федеральная рабочая программа по учебному предмету «Физика»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физике</w:t>
      </w:r>
    </w:p>
    <w:p>
      <w:pPr>
        <w:pStyle w:val="ListNumber"/>
        <w:spacing w:after="120"/>
      </w:pPr>
      <w:r>
        <w:t>проверить фактический материал (формулировку закона Ома, формулу) по учебнику Пёрышкина И.М., Иванова А.И.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оборудования (источника тока, амперметра, вольтметра, резисторов, соединительных проводов) и заготовленных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Закон Ома для участка цепи (Физика, 8 класс)</dc:title>
  <dc:subject>Физика</dc:subject>
  <dc:creator>ТехКарта</dc:creator>
  <cp:keywords/>
  <dc:description/>
  <cp:lastModifiedBy>ТехКарта</cp:lastModifiedBy>
  <cp:revision>1</cp:revision>
  <dcterms:created xsi:type="dcterms:W3CDTF">2026-10-04T21:31:12Z</dcterms:created>
  <dcterms:modified xsi:type="dcterms:W3CDTF">2026-10-04T21:31:12Z</dcterms:modified>
  <cp:category/>
</cp:coreProperties>
</file>