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Причастный оборот. Знаки препинания при причастном обороте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7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Причастный оборот. Знаки препинания при причастном обороте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Ладыженская Т.А., Баранов М.Т., Тростенцова Л.А. и др. (Просвещение,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причастном обороте и правилах постановки знаков препинания при нём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причастного оборота</w:t>
      </w:r>
    </w:p>
    <w:p>
      <w:pPr>
        <w:pStyle w:val="ListBullet"/>
        <w:spacing w:after="120"/>
      </w:pPr>
      <w:r>
        <w:t>Научить находить причастный оборот в предложении</w:t>
      </w:r>
    </w:p>
    <w:p>
      <w:pPr>
        <w:pStyle w:val="ListBullet"/>
        <w:spacing w:after="120"/>
      </w:pPr>
      <w:r>
        <w:t>Сформировать навык постановки знаков препинания при причастном обороте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синтаксические конструкции</w:t>
      </w:r>
    </w:p>
    <w:p>
      <w:pPr>
        <w:pStyle w:val="ListBullet"/>
        <w:spacing w:after="120"/>
      </w:pPr>
      <w:r>
        <w:t>Совершенствовать навыки работы с текстом</w:t>
      </w:r>
    </w:p>
    <w:p>
      <w:pPr>
        <w:pStyle w:val="ListBullet"/>
        <w:spacing w:after="120"/>
      </w:pPr>
      <w:r>
        <w:t>Развивать логическое мышление при определении границ причастного оборота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внимание к точности и выразительности речи</w:t>
      </w:r>
    </w:p>
    <w:p>
      <w:pPr>
        <w:pStyle w:val="ListBullet"/>
        <w:spacing w:after="120"/>
      </w:pPr>
      <w:r>
        <w:t>Формировать культуру речевого общения</w:t>
      </w:r>
    </w:p>
    <w:p>
      <w:pPr>
        <w:pStyle w:val="ListBullet"/>
        <w:spacing w:after="120"/>
      </w:pPr>
      <w:r>
        <w:t>Стимулировать интерес к изучению русского языка через осознание его богатства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русского языка</w:t>
      </w:r>
    </w:p>
    <w:p>
      <w:pPr>
        <w:pStyle w:val="ListBullet"/>
        <w:spacing w:after="120"/>
      </w:pPr>
      <w:r>
        <w:t>Осознаёт важность точной и выразительной речи</w:t>
      </w:r>
    </w:p>
    <w:p>
      <w:pPr>
        <w:pStyle w:val="ListBullet"/>
        <w:spacing w:after="120"/>
      </w:pPr>
      <w:r>
        <w:t>Проявляет уважение к нормам литературного языка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предложения с причастным оборотом и без него</w:t>
      </w:r>
    </w:p>
    <w:p>
      <w:pPr>
        <w:pStyle w:val="ListBullet"/>
        <w:spacing w:after="120"/>
      </w:pPr>
      <w:r>
        <w:t>Обучающийся классифицирует предложения по наличию/отсутствию причастного оборота</w:t>
      </w:r>
    </w:p>
    <w:p>
      <w:pPr>
        <w:pStyle w:val="ListBullet"/>
        <w:spacing w:after="120"/>
      </w:pPr>
      <w:r>
        <w:t>Обучающийся устанавливает причинно-следственные связи между положением причастного оборота и постановкой знаков препинания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урока по выявлению затруднений в постановке знаков препинания</w:t>
      </w:r>
    </w:p>
    <w:p>
      <w:pPr>
        <w:pStyle w:val="ListBullet"/>
        <w:spacing w:after="120"/>
      </w:pPr>
      <w:r>
        <w:t>Обучающийся планирует шаги по построению алгоритма выделения причастного оборота</w:t>
      </w:r>
    </w:p>
    <w:p>
      <w:pPr>
        <w:pStyle w:val="ListBullet"/>
        <w:spacing w:after="120"/>
      </w:pPr>
      <w:r>
        <w:t>Обучающийся сверяет результат с эталоном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свои рассуждения о постановке знаков препинания</w:t>
      </w:r>
    </w:p>
    <w:p>
      <w:pPr>
        <w:pStyle w:val="ListBullet"/>
        <w:spacing w:after="120"/>
      </w:pPr>
      <w:r>
        <w:t>Обучающийся задаёт вопросы по существу при обсуждении правил</w:t>
      </w:r>
    </w:p>
    <w:p>
      <w:pPr>
        <w:pStyle w:val="ListBullet"/>
        <w:spacing w:after="120"/>
      </w:pPr>
      <w:r>
        <w:t>Обучающийся аргументирует свою позицию при определении причастного оборота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распознаёт причастный оборот в предложении</w:t>
      </w:r>
    </w:p>
    <w:p>
      <w:pPr>
        <w:pStyle w:val="ListBullet"/>
        <w:spacing w:after="120"/>
      </w:pPr>
      <w:r>
        <w:t>Обучающийся определяет границы причастного оборота</w:t>
      </w:r>
    </w:p>
    <w:p>
      <w:pPr>
        <w:pStyle w:val="ListBullet"/>
        <w:spacing w:after="120"/>
      </w:pPr>
      <w:r>
        <w:t>Обучающийся применяет правило постановки знаков препинания при причастном обороте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художественных текстов с причастными оборотами</w:t>
      </w:r>
    </w:p>
    <w:p>
      <w:pPr>
        <w:pStyle w:val="ListBullet"/>
        <w:spacing w:after="120"/>
      </w:pPr>
      <w:r>
        <w:t>История: чтение и анализ исторических документов с причастными оборотами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Ладыженской Т.А. и др.</w:t>
      </w:r>
    </w:p>
    <w:p>
      <w:pPr>
        <w:pStyle w:val="ListBullet"/>
        <w:spacing w:after="120"/>
      </w:pPr>
      <w:r>
        <w:t>раздаточный материал с предложениями для анализа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причастный оборот, причастие, определяемое слово, знаки препинания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что такое причастный оборот и как правильно ставить знаки препинания при нём. Давайте подумаем, зачем нам это нужно — ведь от правильной постановки знаков препинания зависит понимание текста». Предлагает обучающимся кратко ответить на вопрос, почему важно грамотно писать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учителя, размышляют о важности грамотной речи, отвечают на вопрос о значении правильной постановки знаков препинания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ставит цель участия в учебной деятельности; Коммуникативные: излагает свои мысли в кратком ответе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для себя значимость изучения темы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«Найдите в этих предложениях причастия и определите, от каких глаголов они образованы: «читающий мальчик», «написанная книга», «летящий самолёт». Затем просит выделить определяемые слова для найденных причастий», «Попробуйте самостоятельно выделить в этих предложениях обороты, которые относятся к причастиям»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Находят причастия в предложениях, определяют от каких глаголов они образованы, выделяют определяемые слова, пытаются самостоятельно выделить причастные обороты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причастия в тексте и устанавливает связь с глаголами; Регулятивные: планирует шаги по выделению причастных оборотов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Находит причастия и определяемые слова в предложениях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у вас возникли затруднения при выделении оборотов, относящихся к причастиям? Что именно непонятно в этом задании?» Предлагает обучающимся в парах обсудить, в чём состоит сложность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затруднения, обсуждают в парах причины сложностей при выделении причастных оборотов, формулируют вопросы о правилах постановки знаков препинания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выявляет и формулирует затруднение; Коммуникативные: обсуждает затруднения с партнёром, задаёт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правилах постановки знаков препинания при причастном обороте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построим алгоритм выделения причастного оборота и определения необходимости постановки знаков препинания. Сначала определим, что такое причастный оборот, затем — как он связан с определяемым словом, и наконец — когда нужны запятые». Предлагает обучающимся выдвинуть гипотезы о правилах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Выдвигают гипотезы о правилах выделения причастного оборота и постановки знаков препинания, совместно с учителем строят алгоритм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выдвигает гипотезу о правилах постановки знаков препинания; Регулятивные: планирует шаги по построению алгоритма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Строит гипотезу о правилах постановки знаков препинания при причастном обороте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«Рассмотрите эти предложения: «Дерево, растущее у дома, было старым», «Растущее у дома дерево было старым». Найдите причастные обороты, определите, где они стоят относительно определяемого слова, и решите, нужны ли запятые». Задаёт вопросы: «В каком случае оборот выделяется запятыми? Почему?»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Находят причастные обороты в предложениях, определяют их положение относительно определяемого слова, решают, нужны ли запятые, отвечают на вопросы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выявляет закономерность в постановке знаков препинания; Коммуникативные: аргументирует свою позицию при определении необходимости запятых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необходимость постановки запятых в зависимости от положения причастного оборота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«Проговорите вслух алгоритм выделения причастного оборота и постановки знаков препинания. Используйте предложения: «Письмо, написанное другом, лежало на столе», «Написавшее другу письмо лежало на столе». Объясните, почему в одном случае нужны запятые, а в другом — нет», «Работайте в парах: один проговаривает правило, второй находит причастный оборот и объясняет постановку знаков препинания»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Проговаривают алгоритм вслух, работают в парах, объясняют друг другу правила постановки знаков препинания, находят причастные обороты и обосновывают постановку запятых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правило постановки знаков препинания; Регулятивные: сверяет свои действия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Объясняет правило постановки знаков препинания при причастном обороте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«Выпишите из текста предложения с причастными оборотами, выделите их, поставьте знаки препинания. Используйте текст из учебника (без указания номера параграфа). Проверьте себя по эталону»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Выписывают предложения с причастными оборотами, выделяют их, ставят знаки препинания, проверяют себя по эталону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преобразует текст в схему (выделение причастного оборота); Регулятивные: находит и исправляет ошибку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Выписывает предложения с причастными оборотами и правильно ставит знаки препинания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«Составьте три предложения с причастными оборотами: одно, где оборот стоит перед определяемым словом, одно — после, и одно — с двумя причастными оборотами. Объясните постановку знаков препинания», «Сравните ваши предложения с эталоном и оцените, насколько точно вы применили правило»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предложения с причастными оборотами, объясняют постановку знаков препинания, сравнивают свои предложения с эталоном, оценивают правильность выполнения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устанавливает причинно-следственные связи между положением оборота и постановкой знаков препинания; Коммуникативные: излагает свои рассуждения о постановке знаков препинания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предложения с причастными оборотами и объясняет постановку знаков препинания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у вас возникли при изучении темы? Как вы будете применять полученные знания в дальнейшем?» Предлагает обучающимся закончить фразы: «Сегодня я узнал…», «Мне было трудно…», «Я смогу применить это…»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предложенные фразы,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 в изучении темы; Коммуникативные: излагает свои мысли о результатах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свои достижения и затруднения по теме урока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художественного произведения 5 предложений с причастными оборотами, выделить их и поставить знаки препинания</w:t>
      </w:r>
    </w:p>
    <w:p>
      <w:pPr>
        <w:spacing w:after="120"/>
      </w:pPr>
      <w:r>
        <w:t>Повышенный уровень: Составить связный текст из 7–8 предложений с использованием причастных оборотов, подчеркнуть их и объяснить постановку знаков препинания</w:t>
      </w:r>
    </w:p>
    <w:p>
      <w:pPr>
        <w:spacing w:after="120"/>
      </w:pPr>
      <w:r>
        <w:t>Творческое задание: Написать мини-рассказ (5–7 предложений) на тему «Мой любимый уголок природы», используя не менее 3 причастных оборотов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предложенного текста предложения с причастными оборотами, выделить их, поставить знаки препинания (работа по образцу). Повышенный уровень: составить предложения с причастными оборотами в разных позициях относительно определяемого слова, объяснить постановку знаков препинания. Высокий уровень: написать мини-сочинение с использованием причастных оборотов, обосновать выбор знаков препинания. Поддержка обучающихся, испытывающих затруднения: использование опорных схем и карточек с алгоритмом выделения причастного оборота, дозированная помощь учителя, упрощённые задания (например, выбрать из нескольких вариантов правильное объяснение постановки знаков препинания)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причастного оборота</w:t>
      </w:r>
    </w:p>
    <w:p>
      <w:pPr>
        <w:pStyle w:val="ListBullet"/>
        <w:spacing w:after="120"/>
      </w:pPr>
      <w:r>
        <w:t>Правильность постановки знаков препинания</w:t>
      </w:r>
    </w:p>
    <w:p>
      <w:pPr>
        <w:pStyle w:val="ListBullet"/>
        <w:spacing w:after="120"/>
      </w:pPr>
      <w:r>
        <w:t>Умение объяснить правило постановки знаков препинания</w:t>
      </w:r>
    </w:p>
    <w:p>
      <w:pPr>
        <w:pStyle w:val="ListBullet"/>
        <w:spacing w:after="120"/>
      </w:pPr>
      <w:r>
        <w:t>Самостоятельность выполнения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Ладыженская Т.А., Баранов М.Т., Тростенцова Л.А. и др. (Просвещение,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 предложений с причастными оборотами) по учебнику Ладыженской Т.А.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Причастный оборот. Знаки препинания при причастном обороте (Русский язык, 7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2026-10-04T20:02:43Z</dcterms:created>
  <dcterms:modified xsi:type="dcterms:W3CDTF">2026-10-04T20:02:43Z</dcterms:modified>
  <cp:category/>
</cp:coreProperties>
</file>